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בניהול כסף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צורך לרצון וקנייה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של תקציב, חיסכון ותלוש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כרטיס מאפשר תשלום דחוי, מזומן הוא תשלום 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דבר הכרחי לקיום לעומת דבר שנעים לקבל אך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ההפרש בין הכנסות להוצאות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לרוב נוצרת ריבית או קנס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ברוטו הוא לפני ניכויים, נטו הוא הסכום שמקבלים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אפשר לחסוך כסף ולא ליפול בפח מבצעים מטעים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מבצעים מוצגים כזולים אך בפועל אינם משתלמים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ככל שחוסכים יותר בכל פעם, מגיעים ליעד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בתשלום דיגיטלי יש לשים לב לעמלות ולבטיחות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תלוש השכר מפרט את שעות העבודה והתשלום עבורן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יתרה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(כסף שנכנס אלינו)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(כסף שיוצא מאיתנו)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(אפשרות לשלם מאוחר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(שכר לפני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(כסף ששומרים לעתיד)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לבניית חיסכון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להגדיר מטרה ברורה (למשל, קניית 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כמה כסף נדרש להשגת 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כמה כסף אפשר לשים בצד כל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לחשב כמה זמן ייקח להגיע לסכום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לעקוב אחר ההתקדמות ולהתאים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המבחינה בבירור בין צורך הכרחי לרצון, עם דוגמה קונקרטית והסבר על הלקח שנלמד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לפחות שלושה פרטים רלוונטיים כמו שעות עבודה, שכר לשעה, ברוטו ונטו, עם הסבר קצר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מבדילה בין הכרחי לבין רצוי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 הכנסות מול הוצאות ויתרה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ברוטו לפני ניכויים, נטו הסכום בפועל שמקבלים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מחיי התלמידים כגון דמי כיס כדי לחבר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קצר סביב ההבדל בין צורך לרצון לפני מעבר לחלק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למחשבה אישית לפני 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הנושאים המרכזיים בעולם הכסף האישי: מהו כסף, איך בונים תקציב, איך חוסכים, מה זה אשראי וחוב, ואיך קוראים תלוש שכר.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מזומן לכרטיס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מאפשר תשלום דחוי, מזומן הוא תשלום מיידי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מזומן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אשראי הוא תמיד בחינם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'צורך' בשונה מ'רצון'?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הכרחי לקיום לעומת דבר שנעים לקבל אך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 זה תמיד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רצון הוא תמיד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'יתרה' בתקציב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סכום ההוצאות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ההפרש בין הכנסות להוצאות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סכום ההכנסות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הבנק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כשלא משלמים חוב בזמן?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 מעצמו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לרוב נוצרת ריבית או קנס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מקבלים כסף בונוס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השלכה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שכר ברוטו לנטו?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נטו גבוה יותר מברוטו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ברוטו הוא לפני ניכויים, נטו הוא הסכום שמקבלים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ברוטו זה רק לעובדים זמניים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חכמה כוללת השוואת מחירים לפני הקנייה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'מבצע' בחנות הוא תמיד הזדמנות משתלמת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למטרה דורש זמן ותכנון של כמה לשים בצד כל 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בטלפון הוא תמיד ללא עמלות או סיכונים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בתלוש שכר אפשר לראות כמה שעות עבד העובד ומה שכרו לשעה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תכנון של הכנסות והוצאות לתקופה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שאנחנו שומרים לשימוש עתידי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כסף שאנחנו חייבים להחזיר למישהו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הסכום שהעובד מקבל בפועל לאחר ניכויים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 שהכרחי לקיום שלנו נקרא __________, לעומת דבר שרק נעים לקבל שנקרא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הוא ההפרש בין ההכנסות להוצאות בתקציב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אפשרות לשלם מאוחר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שנכנס אלינו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שכר לפני 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ששומרים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שיוצא מאיתנו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 לבניית 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כמה כסף אפשר לשים בצד כל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כמה זמן ייקח להגיע לסכום הנדרש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נדרש להשגת המטרה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לעקוב אחר ההתקדמות ולהתאים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להגדיר מטרה ברורה (למשל, קניית אופניים)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קיבלתם דמי כיס וחשבתם שאתם 'צריכים' משהו, אך בפועל זה היה 'רוצה'. מה למדתם מכך?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מקבלים תלוש שכר ראשון בחייכם, אילו שלושה פרטים הייתם בודקים בו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תקציב ומה הוא כולל?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שכר ברוטו לנטו?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בחיים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